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Historia clínica podológica</w:t>
      </w:r>
    </w:p>
    <w:p>
      <w:r>
        <w:t>Ficha inicial editable</w:t>
      </w:r>
    </w:p>
    <w:p>
      <w:r>
        <w:t>Base para organizar la documentación de la consulta. El profesional debe adaptar los campos a su práctica y a los requisitos locales. No constituye un protocolo clínico ni un consentimiento informado.</w:t>
      </w:r>
    </w:p>
    <w:p>
      <w:r>
        <w:t>Consulta _________________________  Código de historia __________________</w:t>
      </w:r>
    </w:p>
    <w:p>
      <w:r>
        <w:t>Fecha ____________________________  Profesional ________________________</w:t>
      </w:r>
    </w:p>
    <w:p>
      <w:r>
        <w:t>Paciente _________________________  Fecha de nacimiento _________________</w:t>
      </w:r>
    </w:p>
    <w:p>
      <w:r>
        <w:t>Contacto _________________________  Otros datos necesarios ______________</w:t>
      </w:r>
    </w:p>
    <w:p>
      <w:pPr>
        <w:pStyle w:val="Heading1"/>
      </w:pPr>
      <w:r>
        <w:t>Motivo de consulta</w:t>
      </w:r>
    </w:p>
    <w:p>
      <w:pPr>
        <w:spacing w:after="80"/>
      </w:pPr>
      <w:r>
        <w:t>Motivo referido por el paciente, inicio y evolución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1"/>
      </w:pPr>
      <w:r>
        <w:t>Antecedentes relevantes</w:t>
      </w:r>
    </w:p>
    <w:p>
      <w:pPr>
        <w:spacing w:after="80"/>
      </w:pPr>
      <w:r>
        <w:t>Antecedentes, medicación, alergias y fuente de la información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1"/>
      </w:pPr>
      <w:r>
        <w:t>Exploración y valoración profesional</w:t>
      </w:r>
    </w:p>
    <w:p>
      <w:pPr>
        <w:spacing w:after="80"/>
      </w:pPr>
      <w:r>
        <w:t>Hallazgos, pie y región, pruebas realizadas y valoración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1"/>
      </w:pPr>
      <w:r>
        <w:t>Plan y actuaciones</w:t>
      </w:r>
    </w:p>
    <w:p>
      <w:pPr>
        <w:spacing w:after="80"/>
      </w:pPr>
      <w:r>
        <w:t>Plan acordado, actuaciones realizadas, indicaciones y seguimiento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1"/>
      </w:pPr>
      <w:r>
        <w:t>Documentación y responsable</w:t>
      </w:r>
    </w:p>
    <w:p>
      <w:pPr>
        <w:spacing w:after="80"/>
      </w:pPr>
      <w:r>
        <w:t>Referencias a informes, imágenes o consentimientos cuando correspondan</w:t>
      </w:r>
    </w:p>
    <w:p>
      <w:r>
        <w:t>________________________________________________________________________</w:t>
      </w:r>
    </w:p>
    <w:p>
      <w:r>
        <w:t>Profesional ______________________  Fecha y firma _______________________</w:t>
      </w:r>
    </w:p>
    <w:p>
      <w:r>
        <w:br w:type="page"/>
      </w:r>
    </w:p>
    <w:p>
      <w:pPr>
        <w:pStyle w:val="Title"/>
      </w:pPr>
      <w:r>
        <w:t>Evolución podológica</w:t>
      </w:r>
    </w:p>
    <w:p>
      <w:r>
        <w:t>Hoja de seguimiento editable</w:t>
      </w:r>
    </w:p>
    <w:p>
      <w:r>
        <w:t>Duplica esta hoja para cada visita. Conserva el código del paciente, identifica la fecha y el autor y mantén las entradas previas según el procedimiento de la consulta.</w:t>
      </w:r>
    </w:p>
    <w:p>
      <w:r>
        <w:t>Código de historia _________________  Paciente _________________________</w:t>
      </w:r>
    </w:p>
    <w:p>
      <w:r>
        <w:t>Fecha y hora ______________________  Profesional _______________________</w:t>
      </w:r>
    </w:p>
    <w:p>
      <w:pPr>
        <w:pStyle w:val="Heading1"/>
      </w:pPr>
      <w:r>
        <w:t>Cambios referidos desde la última visita</w:t>
      </w:r>
    </w:p>
    <w:p>
      <w:pPr>
        <w:spacing w:after="80"/>
      </w:pPr>
      <w:r>
        <w:t>Información comunicada por el paciente y cambios relevantes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1"/>
      </w:pPr>
      <w:r>
        <w:t>Exploración y valoración profesional</w:t>
      </w:r>
    </w:p>
    <w:p>
      <w:pPr>
        <w:spacing w:after="80"/>
      </w:pPr>
      <w:r>
        <w:t>Hallazgos, lateralidad, región, pruebas y valoración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1"/>
      </w:pPr>
      <w:r>
        <w:t>Actuaciones e indicaciones</w:t>
      </w:r>
    </w:p>
    <w:p>
      <w:pPr>
        <w:spacing w:after="80"/>
      </w:pPr>
      <w:r>
        <w:t>Actuaciones realizadas e información comunicada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1"/>
      </w:pPr>
      <w:r>
        <w:t>Seguimiento y documentación</w:t>
      </w:r>
    </w:p>
    <w:p>
      <w:pPr>
        <w:spacing w:after="80"/>
      </w:pPr>
      <w:r>
        <w:t>Seguimiento previsto y referencias a documentos adjuntos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Profesional ______________________  Fecha y firma _______________________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sz w:val="16"/>
      </w:rPr>
      <w:t>PodoClinix · podoclinix.com · Plantilla gratuita · Octubre de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 clínica podológica</dc:title>
  <dc:subject>Ficha inicial y hoja de evolución en blanco</dc:subject>
  <dc:creator>PodoClinix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